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11E7D" w14:textId="7A83E183" w:rsidR="001D6B89" w:rsidRPr="0054569A" w:rsidRDefault="0054569A" w:rsidP="0054569A">
      <w:pPr>
        <w:jc w:val="right"/>
        <w:rPr>
          <w:sz w:val="20"/>
          <w:szCs w:val="20"/>
        </w:rPr>
      </w:pPr>
      <w:bookmarkStart w:id="0" w:name="_Hlk216171590"/>
      <w:r w:rsidRPr="0054569A">
        <w:rPr>
          <w:sz w:val="20"/>
          <w:szCs w:val="20"/>
        </w:rPr>
        <w:t>Załącznik nr 1 do Zapytania ofertowego nr 1</w:t>
      </w:r>
    </w:p>
    <w:p w14:paraId="6ED032B8" w14:textId="519C8930" w:rsidR="008D5F39" w:rsidRPr="007C09C9" w:rsidRDefault="00272855" w:rsidP="001D6B89">
      <w:pPr>
        <w:pStyle w:val="Nagwek1"/>
        <w:jc w:val="both"/>
        <w:rPr>
          <w:b w:val="0"/>
          <w:bCs w:val="0"/>
          <w:color w:val="auto"/>
        </w:rPr>
      </w:pPr>
      <w:r w:rsidRPr="007C09C9">
        <w:rPr>
          <w:rFonts w:ascii="Times New Roman" w:hAnsi="Times New Roman"/>
          <w:b w:val="0"/>
          <w:bCs w:val="0"/>
          <w:color w:val="auto"/>
        </w:rPr>
        <w:t xml:space="preserve">Nawiązując do Zapytania ofertowego nr 1, którego przedmiotem jest usługa wykonania i montażu mebli na wymiar w ramach “Programu wyrównywania różnic między regionami III”, w obszarze F, pn.: “Modernizacja WTZ Gniezno” </w:t>
      </w:r>
      <w:r w:rsidR="00C24214" w:rsidRPr="007C09C9">
        <w:rPr>
          <w:rFonts w:ascii="Times New Roman" w:hAnsi="Times New Roman"/>
          <w:b w:val="0"/>
          <w:bCs w:val="0"/>
          <w:color w:val="auto"/>
        </w:rPr>
        <w:t>współfinansowanego przez Państwowy Fundusz Rehabilitacji Osób Niepełnosprawnych</w:t>
      </w:r>
      <w:r w:rsidR="00B05B3F" w:rsidRPr="007C09C9">
        <w:rPr>
          <w:rFonts w:ascii="Times New Roman" w:hAnsi="Times New Roman"/>
          <w:b w:val="0"/>
          <w:bCs w:val="0"/>
          <w:color w:val="auto"/>
        </w:rPr>
        <w:t xml:space="preserve"> </w:t>
      </w:r>
      <w:r w:rsidRPr="007C09C9">
        <w:rPr>
          <w:rFonts w:ascii="Times New Roman" w:hAnsi="Times New Roman"/>
          <w:b w:val="0"/>
          <w:bCs w:val="0"/>
          <w:color w:val="auto"/>
        </w:rPr>
        <w:t xml:space="preserve">oferujemy wykonanie usługi na </w:t>
      </w:r>
      <w:r w:rsidR="007C09C9" w:rsidRPr="007C09C9">
        <w:rPr>
          <w:rFonts w:ascii="Times New Roman" w:hAnsi="Times New Roman"/>
          <w:b w:val="0"/>
          <w:bCs w:val="0"/>
          <w:color w:val="auto"/>
        </w:rPr>
        <w:t>następujących</w:t>
      </w:r>
      <w:r w:rsidRPr="007C09C9">
        <w:rPr>
          <w:rFonts w:ascii="Times New Roman" w:hAnsi="Times New Roman"/>
          <w:b w:val="0"/>
          <w:bCs w:val="0"/>
          <w:color w:val="auto"/>
        </w:rPr>
        <w:t xml:space="preserve"> warunkach: </w:t>
      </w:r>
    </w:p>
    <w:p w14:paraId="5E1F78F9" w14:textId="4D591D91" w:rsidR="00394FB1" w:rsidRPr="007C09C9" w:rsidRDefault="00000000" w:rsidP="00B05B3F">
      <w:pPr>
        <w:pStyle w:val="Nagwek1"/>
        <w:jc w:val="center"/>
      </w:pPr>
      <w:r w:rsidRPr="007C09C9">
        <w:t>FORMULARZ OFERTOWY</w:t>
      </w:r>
    </w:p>
    <w:p w14:paraId="7870DD91" w14:textId="18636ADC" w:rsidR="00394FB1" w:rsidRPr="007C09C9" w:rsidRDefault="00000000">
      <w:pPr>
        <w:pStyle w:val="Nagwek2"/>
      </w:pPr>
      <w:r w:rsidRPr="007C09C9">
        <w:t xml:space="preserve">Dane </w:t>
      </w:r>
      <w:r w:rsidR="005D1D2F" w:rsidRPr="007C09C9">
        <w:t>zamawiającego</w:t>
      </w:r>
    </w:p>
    <w:p w14:paraId="755A5ACE" w14:textId="2D0AAAA9" w:rsidR="008D5F39" w:rsidRPr="007C09C9" w:rsidRDefault="00AE7476">
      <w:r w:rsidRPr="007C09C9">
        <w:t xml:space="preserve">Stowarzyszenie Rodzin </w:t>
      </w:r>
      <w:r w:rsidR="00B57574" w:rsidRPr="007C09C9">
        <w:t>i</w:t>
      </w:r>
      <w:r w:rsidRPr="007C09C9">
        <w:t xml:space="preserve"> Osób Niepełnosprawnych “Razem”</w:t>
      </w:r>
    </w:p>
    <w:p w14:paraId="6ADA0DA6" w14:textId="284C604B" w:rsidR="008D5F39" w:rsidRPr="007C09C9" w:rsidRDefault="008D5F39">
      <w:r w:rsidRPr="007C09C9">
        <w:t>ul. Kolejowa 2</w:t>
      </w:r>
    </w:p>
    <w:p w14:paraId="2D5830A2" w14:textId="712A747E" w:rsidR="00394FB1" w:rsidRPr="007C09C9" w:rsidRDefault="008D5F39">
      <w:r w:rsidRPr="007C09C9">
        <w:t>62-200 Gniezno</w:t>
      </w:r>
    </w:p>
    <w:p w14:paraId="2B4E90D8" w14:textId="77777777" w:rsidR="00394FB1" w:rsidRPr="007C09C9" w:rsidRDefault="00000000">
      <w:pPr>
        <w:pStyle w:val="Nagwek2"/>
      </w:pPr>
      <w:r w:rsidRPr="007C09C9">
        <w:t>Dane wykonawcy</w:t>
      </w:r>
    </w:p>
    <w:p w14:paraId="001767B8" w14:textId="77777777" w:rsidR="00394FB1" w:rsidRPr="007C09C9" w:rsidRDefault="00000000">
      <w:r w:rsidRPr="007C09C9">
        <w:t>Firma: _____________________________________________________</w:t>
      </w:r>
    </w:p>
    <w:p w14:paraId="1CF2A8A1" w14:textId="77777777" w:rsidR="00394FB1" w:rsidRPr="007C09C9" w:rsidRDefault="00000000">
      <w:r w:rsidRPr="007C09C9">
        <w:t>Kontakt: ___________________________________________________</w:t>
      </w:r>
    </w:p>
    <w:p w14:paraId="243BF777" w14:textId="77777777" w:rsidR="00394FB1" w:rsidRPr="007C09C9" w:rsidRDefault="00000000">
      <w:r w:rsidRPr="007C09C9">
        <w:t>Data oferty: _____________________</w:t>
      </w:r>
    </w:p>
    <w:p w14:paraId="222E4636" w14:textId="4657B205" w:rsidR="0012698F" w:rsidRPr="007C09C9" w:rsidRDefault="00000000">
      <w:r w:rsidRPr="007C09C9">
        <w:t>Numer oferty: ____________________</w:t>
      </w:r>
    </w:p>
    <w:p w14:paraId="6FF89B69" w14:textId="77777777" w:rsidR="0012698F" w:rsidRPr="007C09C9" w:rsidRDefault="0012698F"/>
    <w:p w14:paraId="037F9326" w14:textId="77777777" w:rsidR="00394FB1" w:rsidRPr="007C09C9" w:rsidRDefault="00000000">
      <w:pPr>
        <w:pStyle w:val="Nagwek2"/>
      </w:pPr>
      <w:r w:rsidRPr="007C09C9">
        <w:lastRenderedPageBreak/>
        <w:t>1. Zestawienie elementów do wykonania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1971"/>
        <w:gridCol w:w="1324"/>
        <w:gridCol w:w="661"/>
        <w:gridCol w:w="1701"/>
        <w:gridCol w:w="1134"/>
        <w:gridCol w:w="580"/>
        <w:gridCol w:w="1263"/>
        <w:gridCol w:w="1417"/>
        <w:gridCol w:w="1276"/>
      </w:tblGrid>
      <w:tr w:rsidR="0012698F" w:rsidRPr="007C09C9" w14:paraId="1C8D7186" w14:textId="77777777" w:rsidTr="00B57574">
        <w:trPr>
          <w:jc w:val="center"/>
        </w:trPr>
        <w:tc>
          <w:tcPr>
            <w:tcW w:w="864" w:type="dxa"/>
            <w:shd w:val="clear" w:color="auto" w:fill="C6D9F1" w:themeFill="text2" w:themeFillTint="33"/>
          </w:tcPr>
          <w:p w14:paraId="503CC1F1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Lp.</w:t>
            </w:r>
          </w:p>
        </w:tc>
        <w:tc>
          <w:tcPr>
            <w:tcW w:w="1971" w:type="dxa"/>
            <w:shd w:val="clear" w:color="auto" w:fill="C6D9F1" w:themeFill="text2" w:themeFillTint="33"/>
          </w:tcPr>
          <w:p w14:paraId="45E909AD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Element</w:t>
            </w:r>
          </w:p>
        </w:tc>
        <w:tc>
          <w:tcPr>
            <w:tcW w:w="1324" w:type="dxa"/>
            <w:shd w:val="clear" w:color="auto" w:fill="C6D9F1" w:themeFill="text2" w:themeFillTint="33"/>
          </w:tcPr>
          <w:p w14:paraId="1825047F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Wymiary</w:t>
            </w:r>
          </w:p>
        </w:tc>
        <w:tc>
          <w:tcPr>
            <w:tcW w:w="661" w:type="dxa"/>
            <w:shd w:val="clear" w:color="auto" w:fill="C6D9F1" w:themeFill="text2" w:themeFillTint="33"/>
          </w:tcPr>
          <w:p w14:paraId="5F2A3D06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Ilość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14:paraId="7273F48E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Materiał / Uwagi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6579E292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Cena netto</w:t>
            </w:r>
          </w:p>
        </w:tc>
        <w:tc>
          <w:tcPr>
            <w:tcW w:w="580" w:type="dxa"/>
            <w:shd w:val="clear" w:color="auto" w:fill="C6D9F1" w:themeFill="text2" w:themeFillTint="33"/>
          </w:tcPr>
          <w:p w14:paraId="0FF5E5F7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VAT (%)</w:t>
            </w:r>
          </w:p>
        </w:tc>
        <w:tc>
          <w:tcPr>
            <w:tcW w:w="1263" w:type="dxa"/>
            <w:shd w:val="clear" w:color="auto" w:fill="C6D9F1" w:themeFill="text2" w:themeFillTint="33"/>
          </w:tcPr>
          <w:p w14:paraId="6783EFEC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Cena brutto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14:paraId="4B981D9B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Wartość netto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14:paraId="25B49A3A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Wartość brutto</w:t>
            </w:r>
          </w:p>
        </w:tc>
      </w:tr>
      <w:tr w:rsidR="0012698F" w:rsidRPr="007C09C9" w14:paraId="3844E686" w14:textId="77777777" w:rsidTr="00B57574">
        <w:trPr>
          <w:jc w:val="center"/>
        </w:trPr>
        <w:tc>
          <w:tcPr>
            <w:tcW w:w="864" w:type="dxa"/>
          </w:tcPr>
          <w:p w14:paraId="7948DBF9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</w:t>
            </w:r>
          </w:p>
        </w:tc>
        <w:tc>
          <w:tcPr>
            <w:tcW w:w="1971" w:type="dxa"/>
          </w:tcPr>
          <w:p w14:paraId="7B2BC56E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Szafa komandor</w:t>
            </w:r>
          </w:p>
        </w:tc>
        <w:tc>
          <w:tcPr>
            <w:tcW w:w="1324" w:type="dxa"/>
          </w:tcPr>
          <w:p w14:paraId="59421567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200×70×60</w:t>
            </w:r>
          </w:p>
        </w:tc>
        <w:tc>
          <w:tcPr>
            <w:tcW w:w="661" w:type="dxa"/>
          </w:tcPr>
          <w:p w14:paraId="573C07C7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350344B2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6F2D9D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</w:tcPr>
          <w:p w14:paraId="1935CEC8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404A93F7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81B453F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93C458D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</w:tr>
      <w:tr w:rsidR="00394FB1" w:rsidRPr="007C09C9" w14:paraId="2F727487" w14:textId="77777777" w:rsidTr="00B57574">
        <w:trPr>
          <w:jc w:val="center"/>
        </w:trPr>
        <w:tc>
          <w:tcPr>
            <w:tcW w:w="864" w:type="dxa"/>
          </w:tcPr>
          <w:p w14:paraId="464C7447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2</w:t>
            </w:r>
          </w:p>
        </w:tc>
        <w:tc>
          <w:tcPr>
            <w:tcW w:w="1971" w:type="dxa"/>
          </w:tcPr>
          <w:p w14:paraId="7E159A36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Szafa komandor – 4 szuflady</w:t>
            </w:r>
          </w:p>
        </w:tc>
        <w:tc>
          <w:tcPr>
            <w:tcW w:w="1324" w:type="dxa"/>
          </w:tcPr>
          <w:p w14:paraId="1DCA0254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370×270×55</w:t>
            </w:r>
          </w:p>
        </w:tc>
        <w:tc>
          <w:tcPr>
            <w:tcW w:w="661" w:type="dxa"/>
          </w:tcPr>
          <w:p w14:paraId="69C81BF7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3CE5CF90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7589251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</w:tcPr>
          <w:p w14:paraId="7BF20071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0E07F926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62EDD14A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882DD59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</w:tr>
      <w:tr w:rsidR="00394FB1" w:rsidRPr="007C09C9" w14:paraId="7D60A909" w14:textId="77777777" w:rsidTr="00B57574">
        <w:trPr>
          <w:jc w:val="center"/>
        </w:trPr>
        <w:tc>
          <w:tcPr>
            <w:tcW w:w="864" w:type="dxa"/>
          </w:tcPr>
          <w:p w14:paraId="54ED26AC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3</w:t>
            </w:r>
          </w:p>
        </w:tc>
        <w:tc>
          <w:tcPr>
            <w:tcW w:w="1971" w:type="dxa"/>
          </w:tcPr>
          <w:p w14:paraId="28F18734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Szafa komandor z lustrem</w:t>
            </w:r>
          </w:p>
        </w:tc>
        <w:tc>
          <w:tcPr>
            <w:tcW w:w="1324" w:type="dxa"/>
          </w:tcPr>
          <w:p w14:paraId="54DC8CE3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340×80×200</w:t>
            </w:r>
          </w:p>
        </w:tc>
        <w:tc>
          <w:tcPr>
            <w:tcW w:w="661" w:type="dxa"/>
          </w:tcPr>
          <w:p w14:paraId="2C15C6BE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5A763E8A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54A13F8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</w:tcPr>
          <w:p w14:paraId="05ECD0C9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691271A1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39E19B0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4C3380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</w:tr>
      <w:tr w:rsidR="00394FB1" w:rsidRPr="007C09C9" w14:paraId="7116C175" w14:textId="77777777" w:rsidTr="00B57574">
        <w:trPr>
          <w:jc w:val="center"/>
        </w:trPr>
        <w:tc>
          <w:tcPr>
            <w:tcW w:w="864" w:type="dxa"/>
          </w:tcPr>
          <w:p w14:paraId="0041C1EC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4</w:t>
            </w:r>
          </w:p>
        </w:tc>
        <w:tc>
          <w:tcPr>
            <w:tcW w:w="1971" w:type="dxa"/>
          </w:tcPr>
          <w:p w14:paraId="75B933C0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Blat roboczy narożny</w:t>
            </w:r>
          </w:p>
        </w:tc>
        <w:tc>
          <w:tcPr>
            <w:tcW w:w="1324" w:type="dxa"/>
          </w:tcPr>
          <w:p w14:paraId="5D0355B8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170×60 + 80×60</w:t>
            </w:r>
          </w:p>
        </w:tc>
        <w:tc>
          <w:tcPr>
            <w:tcW w:w="661" w:type="dxa"/>
          </w:tcPr>
          <w:p w14:paraId="63FC5D91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639E68D4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F286F19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</w:tcPr>
          <w:p w14:paraId="5D3AE301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37237DCC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679DCC2E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AEEF15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</w:tr>
      <w:tr w:rsidR="00394FB1" w:rsidRPr="007C09C9" w14:paraId="0F129827" w14:textId="77777777" w:rsidTr="00B57574">
        <w:trPr>
          <w:jc w:val="center"/>
        </w:trPr>
        <w:tc>
          <w:tcPr>
            <w:tcW w:w="864" w:type="dxa"/>
          </w:tcPr>
          <w:p w14:paraId="110894A0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5</w:t>
            </w:r>
          </w:p>
        </w:tc>
        <w:tc>
          <w:tcPr>
            <w:tcW w:w="1971" w:type="dxa"/>
          </w:tcPr>
          <w:p w14:paraId="113A7FFD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Blat roboczy</w:t>
            </w:r>
          </w:p>
        </w:tc>
        <w:tc>
          <w:tcPr>
            <w:tcW w:w="1324" w:type="dxa"/>
          </w:tcPr>
          <w:p w14:paraId="0C4CD9CA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120×70</w:t>
            </w:r>
          </w:p>
        </w:tc>
        <w:tc>
          <w:tcPr>
            <w:tcW w:w="661" w:type="dxa"/>
          </w:tcPr>
          <w:p w14:paraId="7B4BDBCB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283BEA8A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A18A46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</w:tcPr>
          <w:p w14:paraId="5942669C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63675DF0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F8BB647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DDC7F75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</w:tr>
      <w:tr w:rsidR="00394FB1" w:rsidRPr="007C09C9" w14:paraId="569647DC" w14:textId="77777777" w:rsidTr="00B57574">
        <w:trPr>
          <w:jc w:val="center"/>
        </w:trPr>
        <w:tc>
          <w:tcPr>
            <w:tcW w:w="864" w:type="dxa"/>
          </w:tcPr>
          <w:p w14:paraId="5763D254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6</w:t>
            </w:r>
          </w:p>
        </w:tc>
        <w:tc>
          <w:tcPr>
            <w:tcW w:w="1971" w:type="dxa"/>
          </w:tcPr>
          <w:p w14:paraId="2B88C944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Blat szafki</w:t>
            </w:r>
          </w:p>
        </w:tc>
        <w:tc>
          <w:tcPr>
            <w:tcW w:w="1324" w:type="dxa"/>
          </w:tcPr>
          <w:p w14:paraId="399E0CFF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72×31</w:t>
            </w:r>
          </w:p>
        </w:tc>
        <w:tc>
          <w:tcPr>
            <w:tcW w:w="661" w:type="dxa"/>
          </w:tcPr>
          <w:p w14:paraId="7F655D90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6EC34FBA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D67A7F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</w:tcPr>
          <w:p w14:paraId="20263195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7448D3A1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8EBB1AA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50B8911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</w:tr>
      <w:tr w:rsidR="00394FB1" w:rsidRPr="007C09C9" w14:paraId="3EB6BC5A" w14:textId="77777777" w:rsidTr="00B57574">
        <w:trPr>
          <w:jc w:val="center"/>
        </w:trPr>
        <w:tc>
          <w:tcPr>
            <w:tcW w:w="864" w:type="dxa"/>
          </w:tcPr>
          <w:p w14:paraId="5E4FB855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7</w:t>
            </w:r>
          </w:p>
        </w:tc>
        <w:tc>
          <w:tcPr>
            <w:tcW w:w="1971" w:type="dxa"/>
          </w:tcPr>
          <w:p w14:paraId="335F86EC" w14:textId="238C8B11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 xml:space="preserve">Szafa zamykana </w:t>
            </w:r>
            <w:r w:rsidR="00F34059" w:rsidRPr="007C09C9">
              <w:rPr>
                <w:sz w:val="20"/>
                <w:szCs w:val="20"/>
              </w:rPr>
              <w:t xml:space="preserve">na klucz </w:t>
            </w:r>
            <w:r w:rsidRPr="007C09C9">
              <w:rPr>
                <w:sz w:val="20"/>
                <w:szCs w:val="20"/>
              </w:rPr>
              <w:t>z regałem</w:t>
            </w:r>
          </w:p>
        </w:tc>
        <w:tc>
          <w:tcPr>
            <w:tcW w:w="1324" w:type="dxa"/>
          </w:tcPr>
          <w:p w14:paraId="72C7D0BE" w14:textId="71AF6F00" w:rsidR="00394FB1" w:rsidRPr="007C09C9" w:rsidRDefault="00BC6F92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200×80×35</w:t>
            </w:r>
          </w:p>
        </w:tc>
        <w:tc>
          <w:tcPr>
            <w:tcW w:w="661" w:type="dxa"/>
          </w:tcPr>
          <w:p w14:paraId="769FEE06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707B56AF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B9772D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</w:tcPr>
          <w:p w14:paraId="541DE013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192A13DE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7E48F2C0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F95BE6A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</w:tr>
      <w:tr w:rsidR="00394FB1" w:rsidRPr="007C09C9" w14:paraId="46D08BD5" w14:textId="77777777" w:rsidTr="00B57574">
        <w:trPr>
          <w:jc w:val="center"/>
        </w:trPr>
        <w:tc>
          <w:tcPr>
            <w:tcW w:w="864" w:type="dxa"/>
          </w:tcPr>
          <w:p w14:paraId="0364AC5B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8</w:t>
            </w:r>
          </w:p>
        </w:tc>
        <w:tc>
          <w:tcPr>
            <w:tcW w:w="1971" w:type="dxa"/>
          </w:tcPr>
          <w:p w14:paraId="4834C280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Biurko – 3 szuflady</w:t>
            </w:r>
          </w:p>
        </w:tc>
        <w:tc>
          <w:tcPr>
            <w:tcW w:w="1324" w:type="dxa"/>
          </w:tcPr>
          <w:p w14:paraId="2B167F1E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110×60</w:t>
            </w:r>
          </w:p>
        </w:tc>
        <w:tc>
          <w:tcPr>
            <w:tcW w:w="661" w:type="dxa"/>
          </w:tcPr>
          <w:p w14:paraId="19177AD7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34D054E3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7554695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</w:tcPr>
          <w:p w14:paraId="5D818BDB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4DDF4692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9A32C1B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3DFABD9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</w:tr>
      <w:tr w:rsidR="00394FB1" w:rsidRPr="007C09C9" w14:paraId="26424A53" w14:textId="77777777" w:rsidTr="00B57574">
        <w:trPr>
          <w:jc w:val="center"/>
        </w:trPr>
        <w:tc>
          <w:tcPr>
            <w:tcW w:w="864" w:type="dxa"/>
          </w:tcPr>
          <w:p w14:paraId="499148B7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9</w:t>
            </w:r>
          </w:p>
        </w:tc>
        <w:tc>
          <w:tcPr>
            <w:tcW w:w="1971" w:type="dxa"/>
          </w:tcPr>
          <w:p w14:paraId="659F6241" w14:textId="4A6CA064" w:rsidR="00394FB1" w:rsidRPr="007C09C9" w:rsidRDefault="00000000" w:rsidP="000A0DFE">
            <w:pPr>
              <w:spacing w:after="0"/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Regał</w:t>
            </w:r>
            <w:r w:rsidR="000A0DFE">
              <w:rPr>
                <w:sz w:val="20"/>
                <w:szCs w:val="20"/>
              </w:rPr>
              <w:t xml:space="preserve"> zamykany roletą </w:t>
            </w:r>
            <w:r w:rsidR="000A0DFE" w:rsidRPr="000A0DFE">
              <w:rPr>
                <w:sz w:val="18"/>
                <w:szCs w:val="18"/>
              </w:rPr>
              <w:t>(przechowywanie naczyń)</w:t>
            </w:r>
          </w:p>
        </w:tc>
        <w:tc>
          <w:tcPr>
            <w:tcW w:w="1324" w:type="dxa"/>
          </w:tcPr>
          <w:p w14:paraId="2E894649" w14:textId="41EBE20E" w:rsidR="00394FB1" w:rsidRPr="007C09C9" w:rsidRDefault="00BC6F92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200×140×70</w:t>
            </w:r>
          </w:p>
        </w:tc>
        <w:tc>
          <w:tcPr>
            <w:tcW w:w="661" w:type="dxa"/>
          </w:tcPr>
          <w:p w14:paraId="635A1CDC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1312028F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4F8EB3C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</w:tcPr>
          <w:p w14:paraId="4C653AFB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62949562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7933C782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79D08B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</w:tr>
      <w:tr w:rsidR="00394FB1" w:rsidRPr="007C09C9" w14:paraId="740FAA8A" w14:textId="77777777" w:rsidTr="00B57574">
        <w:trPr>
          <w:jc w:val="center"/>
        </w:trPr>
        <w:tc>
          <w:tcPr>
            <w:tcW w:w="864" w:type="dxa"/>
          </w:tcPr>
          <w:p w14:paraId="582A2639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10</w:t>
            </w:r>
          </w:p>
        </w:tc>
        <w:tc>
          <w:tcPr>
            <w:tcW w:w="1971" w:type="dxa"/>
          </w:tcPr>
          <w:p w14:paraId="64092AE7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Szafka pod zlew</w:t>
            </w:r>
          </w:p>
        </w:tc>
        <w:tc>
          <w:tcPr>
            <w:tcW w:w="1324" w:type="dxa"/>
          </w:tcPr>
          <w:p w14:paraId="4EBFC3B9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90×60</w:t>
            </w:r>
          </w:p>
        </w:tc>
        <w:tc>
          <w:tcPr>
            <w:tcW w:w="661" w:type="dxa"/>
          </w:tcPr>
          <w:p w14:paraId="2DC467F3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62D4A3A7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297175C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</w:tcPr>
          <w:p w14:paraId="4967E828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3242282A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F0BA0BC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221F17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</w:tr>
      <w:tr w:rsidR="00394FB1" w:rsidRPr="007C09C9" w14:paraId="6B50779A" w14:textId="77777777" w:rsidTr="00B57574">
        <w:trPr>
          <w:jc w:val="center"/>
        </w:trPr>
        <w:tc>
          <w:tcPr>
            <w:tcW w:w="864" w:type="dxa"/>
          </w:tcPr>
          <w:p w14:paraId="180E73A2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11</w:t>
            </w:r>
          </w:p>
        </w:tc>
        <w:tc>
          <w:tcPr>
            <w:tcW w:w="1971" w:type="dxa"/>
          </w:tcPr>
          <w:p w14:paraId="7D76DF4C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Półki narożne</w:t>
            </w:r>
          </w:p>
        </w:tc>
        <w:tc>
          <w:tcPr>
            <w:tcW w:w="1324" w:type="dxa"/>
          </w:tcPr>
          <w:p w14:paraId="54615175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55×55</w:t>
            </w:r>
          </w:p>
        </w:tc>
        <w:tc>
          <w:tcPr>
            <w:tcW w:w="661" w:type="dxa"/>
          </w:tcPr>
          <w:p w14:paraId="347ED03E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0007B318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6E47A8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</w:tcPr>
          <w:p w14:paraId="1BBFCAC2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27D2239C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43ACD4D0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86D11CB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</w:tr>
      <w:tr w:rsidR="00394FB1" w:rsidRPr="007C09C9" w14:paraId="66647F93" w14:textId="77777777" w:rsidTr="00B57574">
        <w:trPr>
          <w:jc w:val="center"/>
        </w:trPr>
        <w:tc>
          <w:tcPr>
            <w:tcW w:w="864" w:type="dxa"/>
          </w:tcPr>
          <w:p w14:paraId="09094D81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12</w:t>
            </w:r>
          </w:p>
        </w:tc>
        <w:tc>
          <w:tcPr>
            <w:tcW w:w="1971" w:type="dxa"/>
          </w:tcPr>
          <w:p w14:paraId="44EEF966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Szafka</w:t>
            </w:r>
          </w:p>
        </w:tc>
        <w:tc>
          <w:tcPr>
            <w:tcW w:w="1324" w:type="dxa"/>
          </w:tcPr>
          <w:p w14:paraId="1EE285FD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60×60</w:t>
            </w:r>
          </w:p>
        </w:tc>
        <w:tc>
          <w:tcPr>
            <w:tcW w:w="661" w:type="dxa"/>
          </w:tcPr>
          <w:p w14:paraId="733AFCC5" w14:textId="77777777" w:rsidR="00394FB1" w:rsidRPr="007C09C9" w:rsidRDefault="00000000">
            <w:pPr>
              <w:rPr>
                <w:sz w:val="20"/>
                <w:szCs w:val="20"/>
              </w:rPr>
            </w:pPr>
            <w:r w:rsidRPr="007C09C9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390004CF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0C53AC3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</w:tcPr>
          <w:p w14:paraId="396C2235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04691D28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4F902919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8858C4E" w14:textId="77777777" w:rsidR="00394FB1" w:rsidRPr="007C09C9" w:rsidRDefault="00394FB1">
            <w:pPr>
              <w:rPr>
                <w:sz w:val="20"/>
                <w:szCs w:val="20"/>
              </w:rPr>
            </w:pPr>
          </w:p>
        </w:tc>
      </w:tr>
    </w:tbl>
    <w:p w14:paraId="387F122E" w14:textId="0452ECC1" w:rsidR="00394FB1" w:rsidRPr="007C09C9" w:rsidRDefault="00000000">
      <w:pPr>
        <w:pStyle w:val="Nagwek2"/>
      </w:pPr>
      <w:r w:rsidRPr="007C09C9">
        <w:lastRenderedPageBreak/>
        <w:t>2. Materiały i wykończenie</w:t>
      </w:r>
    </w:p>
    <w:p w14:paraId="7DE93823" w14:textId="7F71B5C4" w:rsidR="00394FB1" w:rsidRPr="007C09C9" w:rsidRDefault="00000000">
      <w:r w:rsidRPr="007C09C9">
        <w:t>Płyta meblowa: __________________________________________</w:t>
      </w:r>
      <w:r w:rsidR="00B57574" w:rsidRPr="007C09C9">
        <w:t>__________________________________________________________________________________________________</w:t>
      </w:r>
    </w:p>
    <w:p w14:paraId="771B9737" w14:textId="114DE6EC" w:rsidR="00394FB1" w:rsidRPr="007C09C9" w:rsidRDefault="00000000">
      <w:r w:rsidRPr="007C09C9">
        <w:t>Obrzeża: ________________________________________________</w:t>
      </w:r>
      <w:r w:rsidR="00B57574" w:rsidRPr="007C09C9">
        <w:t>____________________________________________________________________________________________________</w:t>
      </w:r>
    </w:p>
    <w:p w14:paraId="78850699" w14:textId="7074EAB6" w:rsidR="00394FB1" w:rsidRPr="007C09C9" w:rsidRDefault="00000000">
      <w:r w:rsidRPr="007C09C9">
        <w:t>Systemy prowadnic / zawiasów: ____________________________</w:t>
      </w:r>
      <w:r w:rsidR="00B57574" w:rsidRPr="007C09C9">
        <w:t>_____________________________________________________________________________________________</w:t>
      </w:r>
    </w:p>
    <w:p w14:paraId="225B11E5" w14:textId="732E7309" w:rsidR="00394FB1" w:rsidRPr="007C09C9" w:rsidRDefault="00000000">
      <w:r w:rsidRPr="007C09C9">
        <w:t>Fronty: _________________________________________________</w:t>
      </w:r>
      <w:r w:rsidR="00B57574" w:rsidRPr="007C09C9">
        <w:t>____________________________________________________________________________________________________</w:t>
      </w:r>
    </w:p>
    <w:p w14:paraId="1ACA50D7" w14:textId="3DC0EDE7" w:rsidR="00394FB1" w:rsidRPr="007C09C9" w:rsidRDefault="00000000">
      <w:r w:rsidRPr="007C09C9">
        <w:t>Inne: ____________________________________________________</w:t>
      </w:r>
      <w:r w:rsidR="00B57574" w:rsidRPr="007C09C9">
        <w:t>____________________________________________________________________________________________________</w:t>
      </w:r>
    </w:p>
    <w:p w14:paraId="5E8C08FE" w14:textId="77777777" w:rsidR="00394FB1" w:rsidRPr="007C09C9" w:rsidRDefault="00000000">
      <w:pPr>
        <w:pStyle w:val="Nagwek2"/>
      </w:pPr>
      <w:r w:rsidRPr="007C09C9">
        <w:t>3. Koszty podsumowania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394FB1" w:rsidRPr="007C09C9" w14:paraId="257C1233" w14:textId="77777777" w:rsidTr="00E77957">
        <w:tc>
          <w:tcPr>
            <w:tcW w:w="2160" w:type="dxa"/>
            <w:shd w:val="clear" w:color="auto" w:fill="B8CCE4" w:themeFill="accent1" w:themeFillTint="66"/>
          </w:tcPr>
          <w:p w14:paraId="3D41DDA7" w14:textId="77777777" w:rsidR="00394FB1" w:rsidRPr="007C09C9" w:rsidRDefault="00000000">
            <w:r w:rsidRPr="007C09C9">
              <w:t>Pozycja</w:t>
            </w:r>
          </w:p>
        </w:tc>
        <w:tc>
          <w:tcPr>
            <w:tcW w:w="2160" w:type="dxa"/>
            <w:shd w:val="clear" w:color="auto" w:fill="B8CCE4" w:themeFill="accent1" w:themeFillTint="66"/>
          </w:tcPr>
          <w:p w14:paraId="22E1204B" w14:textId="77777777" w:rsidR="00394FB1" w:rsidRPr="007C09C9" w:rsidRDefault="00000000">
            <w:r w:rsidRPr="007C09C9">
              <w:t>Kwota netto</w:t>
            </w:r>
          </w:p>
        </w:tc>
        <w:tc>
          <w:tcPr>
            <w:tcW w:w="2160" w:type="dxa"/>
            <w:shd w:val="clear" w:color="auto" w:fill="B8CCE4" w:themeFill="accent1" w:themeFillTint="66"/>
          </w:tcPr>
          <w:p w14:paraId="31A0A1CF" w14:textId="77777777" w:rsidR="00394FB1" w:rsidRPr="007C09C9" w:rsidRDefault="00000000">
            <w:r w:rsidRPr="007C09C9">
              <w:t>VAT (%)</w:t>
            </w:r>
          </w:p>
        </w:tc>
        <w:tc>
          <w:tcPr>
            <w:tcW w:w="2160" w:type="dxa"/>
            <w:shd w:val="clear" w:color="auto" w:fill="B8CCE4" w:themeFill="accent1" w:themeFillTint="66"/>
          </w:tcPr>
          <w:p w14:paraId="7A6C3D64" w14:textId="77777777" w:rsidR="00394FB1" w:rsidRPr="007C09C9" w:rsidRDefault="00000000">
            <w:r w:rsidRPr="007C09C9">
              <w:t>Kwota brutto</w:t>
            </w:r>
          </w:p>
        </w:tc>
      </w:tr>
      <w:tr w:rsidR="00394FB1" w:rsidRPr="007C09C9" w14:paraId="39BA85CE" w14:textId="77777777" w:rsidTr="00E77957">
        <w:tc>
          <w:tcPr>
            <w:tcW w:w="2160" w:type="dxa"/>
          </w:tcPr>
          <w:p w14:paraId="00216C40" w14:textId="77777777" w:rsidR="00394FB1" w:rsidRPr="007C09C9" w:rsidRDefault="00000000">
            <w:r w:rsidRPr="007C09C9">
              <w:t>Koszt wykonania</w:t>
            </w:r>
          </w:p>
        </w:tc>
        <w:tc>
          <w:tcPr>
            <w:tcW w:w="2160" w:type="dxa"/>
          </w:tcPr>
          <w:p w14:paraId="1D428155" w14:textId="77777777" w:rsidR="00394FB1" w:rsidRPr="007C09C9" w:rsidRDefault="00394FB1"/>
        </w:tc>
        <w:tc>
          <w:tcPr>
            <w:tcW w:w="2160" w:type="dxa"/>
          </w:tcPr>
          <w:p w14:paraId="1B68688F" w14:textId="77777777" w:rsidR="00394FB1" w:rsidRPr="007C09C9" w:rsidRDefault="00394FB1"/>
        </w:tc>
        <w:tc>
          <w:tcPr>
            <w:tcW w:w="2160" w:type="dxa"/>
          </w:tcPr>
          <w:p w14:paraId="0F7FED2D" w14:textId="77777777" w:rsidR="00394FB1" w:rsidRPr="007C09C9" w:rsidRDefault="00394FB1"/>
        </w:tc>
      </w:tr>
      <w:tr w:rsidR="00394FB1" w:rsidRPr="007C09C9" w14:paraId="48A7EB9D" w14:textId="77777777" w:rsidTr="00E77957">
        <w:tc>
          <w:tcPr>
            <w:tcW w:w="2160" w:type="dxa"/>
          </w:tcPr>
          <w:p w14:paraId="43ABFAFD" w14:textId="77777777" w:rsidR="00394FB1" w:rsidRPr="007C09C9" w:rsidRDefault="00000000">
            <w:r w:rsidRPr="007C09C9">
              <w:t>Montaż</w:t>
            </w:r>
          </w:p>
        </w:tc>
        <w:tc>
          <w:tcPr>
            <w:tcW w:w="2160" w:type="dxa"/>
          </w:tcPr>
          <w:p w14:paraId="37C89CDE" w14:textId="77777777" w:rsidR="00394FB1" w:rsidRPr="007C09C9" w:rsidRDefault="00394FB1"/>
        </w:tc>
        <w:tc>
          <w:tcPr>
            <w:tcW w:w="2160" w:type="dxa"/>
          </w:tcPr>
          <w:p w14:paraId="2636CC23" w14:textId="77777777" w:rsidR="00394FB1" w:rsidRPr="007C09C9" w:rsidRDefault="00394FB1"/>
        </w:tc>
        <w:tc>
          <w:tcPr>
            <w:tcW w:w="2160" w:type="dxa"/>
          </w:tcPr>
          <w:p w14:paraId="1F422C3D" w14:textId="77777777" w:rsidR="00394FB1" w:rsidRPr="007C09C9" w:rsidRDefault="00394FB1"/>
        </w:tc>
      </w:tr>
      <w:tr w:rsidR="00394FB1" w:rsidRPr="007C09C9" w14:paraId="0A0AA2DD" w14:textId="77777777" w:rsidTr="00E77957">
        <w:tc>
          <w:tcPr>
            <w:tcW w:w="2160" w:type="dxa"/>
          </w:tcPr>
          <w:p w14:paraId="6D06BC80" w14:textId="77777777" w:rsidR="00394FB1" w:rsidRPr="007C09C9" w:rsidRDefault="00000000">
            <w:r w:rsidRPr="007C09C9">
              <w:t>Transport</w:t>
            </w:r>
          </w:p>
        </w:tc>
        <w:tc>
          <w:tcPr>
            <w:tcW w:w="2160" w:type="dxa"/>
          </w:tcPr>
          <w:p w14:paraId="367A6BDE" w14:textId="77777777" w:rsidR="00394FB1" w:rsidRPr="007C09C9" w:rsidRDefault="00394FB1"/>
        </w:tc>
        <w:tc>
          <w:tcPr>
            <w:tcW w:w="2160" w:type="dxa"/>
          </w:tcPr>
          <w:p w14:paraId="1188F6BF" w14:textId="77777777" w:rsidR="00394FB1" w:rsidRPr="007C09C9" w:rsidRDefault="00394FB1"/>
        </w:tc>
        <w:tc>
          <w:tcPr>
            <w:tcW w:w="2160" w:type="dxa"/>
          </w:tcPr>
          <w:p w14:paraId="4E6EC1B9" w14:textId="77777777" w:rsidR="00394FB1" w:rsidRPr="007C09C9" w:rsidRDefault="00394FB1"/>
        </w:tc>
      </w:tr>
    </w:tbl>
    <w:p w14:paraId="453797A4" w14:textId="77777777" w:rsidR="00B57574" w:rsidRDefault="00B57574" w:rsidP="00B57574"/>
    <w:p w14:paraId="5526E3E0" w14:textId="01C921FF" w:rsidR="00514C6A" w:rsidRDefault="00514C6A" w:rsidP="00514C6A">
      <w:pPr>
        <w:spacing w:after="0"/>
      </w:pPr>
      <w:r>
        <w:t xml:space="preserve">Łączna wartość oferty w zł: </w:t>
      </w:r>
      <w:r w:rsidRPr="007C09C9">
        <w:t>_______________________________________________________________</w:t>
      </w:r>
    </w:p>
    <w:p w14:paraId="0E32599C" w14:textId="2C75034C" w:rsidR="00514C6A" w:rsidRDefault="00514C6A" w:rsidP="00B57574">
      <w:r>
        <w:t xml:space="preserve">słownie: </w:t>
      </w:r>
      <w:r w:rsidRPr="007C09C9">
        <w:t>___________________________________________________________________________________________________________________________________________________</w:t>
      </w:r>
    </w:p>
    <w:p w14:paraId="108FB9CD" w14:textId="77777777" w:rsidR="00514C6A" w:rsidRPr="007C09C9" w:rsidRDefault="00514C6A" w:rsidP="00B57574"/>
    <w:p w14:paraId="2C0ACF24" w14:textId="14A125FA" w:rsidR="005D1D2F" w:rsidRPr="007C09C9" w:rsidRDefault="005D1D2F" w:rsidP="00274D74">
      <w:pPr>
        <w:pStyle w:val="Nagwek2"/>
      </w:pPr>
      <w:r w:rsidRPr="007C09C9">
        <w:t>4. Informacje dodatkowe</w:t>
      </w:r>
    </w:p>
    <w:bookmarkEnd w:id="0"/>
    <w:p w14:paraId="16F8C4DD" w14:textId="48CF4CA0" w:rsidR="005D1D2F" w:rsidRPr="007C09C9" w:rsidRDefault="005D1D2F" w:rsidP="005D1D2F">
      <w:pPr>
        <w:numPr>
          <w:ilvl w:val="0"/>
          <w:numId w:val="10"/>
        </w:numPr>
      </w:pPr>
      <w:r w:rsidRPr="007C09C9">
        <w:t>Termin płatności wynosi _____________________ dni, od daty odbioru usługi przez Zamawiającego.</w:t>
      </w:r>
    </w:p>
    <w:p w14:paraId="22025788" w14:textId="53E96031" w:rsidR="00B4147D" w:rsidRPr="007C09C9" w:rsidRDefault="00B4147D" w:rsidP="005D1D2F">
      <w:pPr>
        <w:numPr>
          <w:ilvl w:val="0"/>
          <w:numId w:val="10"/>
        </w:numPr>
      </w:pPr>
      <w:r w:rsidRPr="007C09C9">
        <w:t>Forma płatności: _______________________________________________________________ .</w:t>
      </w:r>
    </w:p>
    <w:p w14:paraId="60A515B8" w14:textId="58E7FC16" w:rsidR="005D1D2F" w:rsidRPr="007C09C9" w:rsidRDefault="005D1D2F" w:rsidP="005D1D2F">
      <w:pPr>
        <w:numPr>
          <w:ilvl w:val="0"/>
          <w:numId w:val="10"/>
        </w:numPr>
      </w:pPr>
      <w:r w:rsidRPr="007C09C9">
        <w:lastRenderedPageBreak/>
        <w:t>W/w usługę wykonamy w terminie _______________________________________________________________ .</w:t>
      </w:r>
    </w:p>
    <w:p w14:paraId="383F1FF7" w14:textId="77777777" w:rsidR="005D1D2F" w:rsidRPr="007C09C9" w:rsidRDefault="005D1D2F" w:rsidP="005D1D2F">
      <w:pPr>
        <w:numPr>
          <w:ilvl w:val="0"/>
          <w:numId w:val="10"/>
        </w:numPr>
      </w:pPr>
      <w:r w:rsidRPr="007C09C9">
        <w:t>Oświadczamy, że zapoznaliśmy się z zapytaniem ofertowym i nie wnosimy do niego żadnych zastrzeżeń oraz zdobyliśmy niezbędne informacje do przygotowania oferty.</w:t>
      </w:r>
    </w:p>
    <w:p w14:paraId="68BA24B0" w14:textId="77777777" w:rsidR="005D1D2F" w:rsidRPr="007C09C9" w:rsidRDefault="005D1D2F" w:rsidP="005D1D2F">
      <w:pPr>
        <w:numPr>
          <w:ilvl w:val="0"/>
          <w:numId w:val="10"/>
        </w:numPr>
      </w:pPr>
      <w:r w:rsidRPr="007C09C9">
        <w:t>Zobowiązujemy się wykonać przedmiot zamówienia zgodnie z wymaganiami Zamawiającego określonymi w zapytaniu ofertowym.</w:t>
      </w:r>
    </w:p>
    <w:p w14:paraId="6AA119D5" w14:textId="77777777" w:rsidR="005D1D2F" w:rsidRPr="007C09C9" w:rsidRDefault="005D1D2F" w:rsidP="005D1D2F">
      <w:pPr>
        <w:numPr>
          <w:ilvl w:val="0"/>
          <w:numId w:val="10"/>
        </w:numPr>
      </w:pPr>
      <w:r w:rsidRPr="007C09C9">
        <w:t xml:space="preserve">Korespondencję w sprawie przedmiotowego zamówienia proszę kierować na </w:t>
      </w:r>
    </w:p>
    <w:p w14:paraId="12CE9A89" w14:textId="0CBDE180" w:rsidR="005D1D2F" w:rsidRPr="007C09C9" w:rsidRDefault="005D1D2F" w:rsidP="005D1D2F">
      <w:pPr>
        <w:ind w:left="720"/>
      </w:pPr>
      <w:r w:rsidRPr="007C09C9">
        <w:t>adres: ________________________________________________________________________________________________________________________________________</w:t>
      </w:r>
    </w:p>
    <w:p w14:paraId="5212A97E" w14:textId="419B6E3D" w:rsidR="005D1D2F" w:rsidRPr="007C09C9" w:rsidRDefault="005D1D2F" w:rsidP="005D1D2F">
      <w:r w:rsidRPr="007C09C9">
        <w:t xml:space="preserve">              Tel: _______________________________________________________________ e-mail : ___________________________________________________________________</w:t>
      </w:r>
    </w:p>
    <w:p w14:paraId="30FD299B" w14:textId="77777777" w:rsidR="005D1D2F" w:rsidRPr="007C09C9" w:rsidRDefault="005D1D2F" w:rsidP="005D1D2F">
      <w:pPr>
        <w:numPr>
          <w:ilvl w:val="0"/>
          <w:numId w:val="10"/>
        </w:numPr>
      </w:pPr>
      <w:r w:rsidRPr="007C09C9">
        <w:t>Załącznikami do niniejszej oferty są :</w:t>
      </w:r>
    </w:p>
    <w:p w14:paraId="7B31E92F" w14:textId="1A11E6E9" w:rsidR="005D1D2F" w:rsidRPr="007C09C9" w:rsidRDefault="005D1D2F" w:rsidP="005D1D2F">
      <w:r w:rsidRPr="007C09C9">
        <w:t xml:space="preserve">             1) </w:t>
      </w:r>
      <w:r w:rsidR="00B4147D" w:rsidRPr="007C09C9">
        <w:t xml:space="preserve">_______________________________________________________________ </w:t>
      </w:r>
    </w:p>
    <w:p w14:paraId="44CBB406" w14:textId="5C7FB062" w:rsidR="005D1D2F" w:rsidRPr="007C09C9" w:rsidRDefault="005D1D2F" w:rsidP="005D1D2F">
      <w:r w:rsidRPr="007C09C9">
        <w:t xml:space="preserve">             2) </w:t>
      </w:r>
      <w:r w:rsidR="00B4147D" w:rsidRPr="007C09C9">
        <w:t xml:space="preserve">_______________________________________________________________ </w:t>
      </w:r>
    </w:p>
    <w:p w14:paraId="55C61F13" w14:textId="58D0C76E" w:rsidR="005D1D2F" w:rsidRPr="007C09C9" w:rsidRDefault="005D1D2F" w:rsidP="005D1D2F">
      <w:r w:rsidRPr="007C09C9">
        <w:t xml:space="preserve">             3)</w:t>
      </w:r>
      <w:r w:rsidR="00B4147D" w:rsidRPr="007C09C9">
        <w:t xml:space="preserve"> _______________________________________________________________ </w:t>
      </w:r>
    </w:p>
    <w:p w14:paraId="2CA2EE06" w14:textId="12441470" w:rsidR="005D1D2F" w:rsidRPr="007C09C9" w:rsidRDefault="005D1D2F" w:rsidP="005D1D2F">
      <w:r w:rsidRPr="007C09C9">
        <w:t xml:space="preserve">             4) </w:t>
      </w:r>
      <w:r w:rsidR="00B4147D" w:rsidRPr="007C09C9">
        <w:t xml:space="preserve">_______________________________________________________________ </w:t>
      </w:r>
    </w:p>
    <w:p w14:paraId="176F97DD" w14:textId="77777777" w:rsidR="007358D4" w:rsidRPr="007C09C9" w:rsidRDefault="007358D4" w:rsidP="005D1D2F"/>
    <w:p w14:paraId="13F6E56E" w14:textId="77777777" w:rsidR="007358D4" w:rsidRPr="007C09C9" w:rsidRDefault="007358D4" w:rsidP="005D1D2F"/>
    <w:p w14:paraId="3A636136" w14:textId="77777777" w:rsidR="007358D4" w:rsidRPr="007C09C9" w:rsidRDefault="007358D4" w:rsidP="005D1D2F"/>
    <w:p w14:paraId="65BA5DA4" w14:textId="00057F86" w:rsidR="007358D4" w:rsidRPr="007C09C9" w:rsidRDefault="007358D4" w:rsidP="007358D4">
      <w:pPr>
        <w:pStyle w:val="Akapitzlist"/>
        <w:spacing w:line="360" w:lineRule="auto"/>
        <w:ind w:left="0"/>
        <w:rPr>
          <w:rFonts w:ascii="Times New Roman" w:hAnsi="Times New Roman"/>
          <w:sz w:val="20"/>
          <w:szCs w:val="20"/>
        </w:rPr>
      </w:pPr>
      <w:r w:rsidRPr="007C09C9">
        <w:rPr>
          <w:rFonts w:ascii="Times New Roman" w:hAnsi="Times New Roman"/>
          <w:sz w:val="20"/>
          <w:szCs w:val="20"/>
        </w:rPr>
        <w:t>……………………………………………….                                                                                               .…......................................................................................</w:t>
      </w:r>
    </w:p>
    <w:p w14:paraId="5381F427" w14:textId="749144BF" w:rsidR="00833334" w:rsidRPr="007C09C9" w:rsidRDefault="007358D4" w:rsidP="007358D4">
      <w:pPr>
        <w:pStyle w:val="Akapitzlist"/>
        <w:spacing w:after="0" w:line="240" w:lineRule="auto"/>
        <w:ind w:left="0"/>
        <w:rPr>
          <w:rFonts w:ascii="Times New Roman" w:hAnsi="Times New Roman"/>
          <w:sz w:val="18"/>
          <w:szCs w:val="18"/>
        </w:rPr>
      </w:pPr>
      <w:r w:rsidRPr="007C09C9">
        <w:rPr>
          <w:rFonts w:ascii="Times New Roman" w:hAnsi="Times New Roman"/>
          <w:sz w:val="18"/>
          <w:szCs w:val="18"/>
        </w:rPr>
        <w:t xml:space="preserve">                      (Miejscowość i </w:t>
      </w:r>
      <w:r w:rsidR="00B4147D" w:rsidRPr="007C09C9">
        <w:rPr>
          <w:rFonts w:ascii="Times New Roman" w:hAnsi="Times New Roman"/>
          <w:sz w:val="18"/>
          <w:szCs w:val="18"/>
        </w:rPr>
        <w:t xml:space="preserve">data)  </w:t>
      </w:r>
      <w:r w:rsidRPr="007C09C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</w:t>
      </w:r>
      <w:r w:rsidR="00833334" w:rsidRPr="007C09C9">
        <w:rPr>
          <w:rFonts w:ascii="Times New Roman" w:hAnsi="Times New Roman"/>
          <w:sz w:val="18"/>
          <w:szCs w:val="18"/>
        </w:rPr>
        <w:t xml:space="preserve">                 </w:t>
      </w:r>
      <w:r w:rsidRPr="007C09C9">
        <w:rPr>
          <w:rFonts w:ascii="Times New Roman" w:hAnsi="Times New Roman"/>
          <w:sz w:val="18"/>
          <w:szCs w:val="18"/>
        </w:rPr>
        <w:t xml:space="preserve">            </w:t>
      </w:r>
      <w:r w:rsidR="00B4147D" w:rsidRPr="007C09C9">
        <w:rPr>
          <w:rFonts w:ascii="Times New Roman" w:hAnsi="Times New Roman"/>
          <w:sz w:val="18"/>
          <w:szCs w:val="18"/>
        </w:rPr>
        <w:t xml:space="preserve">  (</w:t>
      </w:r>
      <w:r w:rsidRPr="007C09C9">
        <w:rPr>
          <w:rFonts w:ascii="Times New Roman" w:hAnsi="Times New Roman"/>
          <w:sz w:val="18"/>
          <w:szCs w:val="18"/>
        </w:rPr>
        <w:t>pieczęć i podpis osób upoważnionych</w:t>
      </w:r>
    </w:p>
    <w:p w14:paraId="5D467340" w14:textId="3FD421BB" w:rsidR="00394FB1" w:rsidRPr="00B03BD3" w:rsidRDefault="00833334" w:rsidP="00B03BD3">
      <w:pPr>
        <w:pStyle w:val="Akapitzlist"/>
        <w:spacing w:after="0" w:line="240" w:lineRule="auto"/>
        <w:ind w:left="0"/>
        <w:rPr>
          <w:rFonts w:ascii="Times New Roman" w:hAnsi="Times New Roman"/>
          <w:sz w:val="18"/>
          <w:szCs w:val="18"/>
        </w:rPr>
      </w:pPr>
      <w:r w:rsidRPr="007C09C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7358D4" w:rsidRPr="007C09C9">
        <w:rPr>
          <w:rFonts w:ascii="Times New Roman" w:hAnsi="Times New Roman"/>
          <w:sz w:val="18"/>
          <w:szCs w:val="18"/>
        </w:rPr>
        <w:t xml:space="preserve">do występowania </w:t>
      </w:r>
      <w:r w:rsidRPr="007C09C9">
        <w:rPr>
          <w:rFonts w:ascii="Times New Roman" w:hAnsi="Times New Roman"/>
          <w:sz w:val="18"/>
          <w:szCs w:val="18"/>
        </w:rPr>
        <w:t xml:space="preserve">w </w:t>
      </w:r>
      <w:r w:rsidR="007358D4" w:rsidRPr="007C09C9">
        <w:rPr>
          <w:rFonts w:ascii="Times New Roman" w:hAnsi="Times New Roman"/>
          <w:sz w:val="18"/>
          <w:szCs w:val="18"/>
        </w:rPr>
        <w:t>imieniu Wykonawcy</w:t>
      </w:r>
      <w:r w:rsidRPr="007C09C9">
        <w:rPr>
          <w:rFonts w:ascii="Times New Roman" w:hAnsi="Times New Roman"/>
          <w:sz w:val="18"/>
          <w:szCs w:val="18"/>
        </w:rPr>
        <w:t>)</w:t>
      </w:r>
    </w:p>
    <w:sectPr w:rsidR="00394FB1" w:rsidRPr="00B03BD3" w:rsidSect="0012698F">
      <w:footerReference w:type="default" r:id="rId8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CA60D" w14:textId="77777777" w:rsidR="001E1657" w:rsidRPr="007C09C9" w:rsidRDefault="001E1657" w:rsidP="00C24214">
      <w:pPr>
        <w:spacing w:after="0" w:line="240" w:lineRule="auto"/>
      </w:pPr>
      <w:r w:rsidRPr="007C09C9">
        <w:separator/>
      </w:r>
    </w:p>
  </w:endnote>
  <w:endnote w:type="continuationSeparator" w:id="0">
    <w:p w14:paraId="1257A0FC" w14:textId="77777777" w:rsidR="001E1657" w:rsidRPr="007C09C9" w:rsidRDefault="001E1657" w:rsidP="00C24214">
      <w:pPr>
        <w:spacing w:after="0" w:line="240" w:lineRule="auto"/>
      </w:pPr>
      <w:r w:rsidRPr="007C09C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7A545" w14:textId="43367C7E" w:rsidR="00C24214" w:rsidRPr="007C09C9" w:rsidRDefault="00C24214" w:rsidP="00C24214">
    <w:pPr>
      <w:pStyle w:val="Stopka"/>
      <w:jc w:val="center"/>
    </w:pPr>
    <w:r w:rsidRPr="007C09C9">
      <w:rPr>
        <w:noProof/>
      </w:rPr>
      <w:drawing>
        <wp:anchor distT="0" distB="0" distL="114300" distR="114300" simplePos="0" relativeHeight="251658240" behindDoc="1" locked="0" layoutInCell="1" allowOverlap="1" wp14:anchorId="64608050" wp14:editId="5263D604">
          <wp:simplePos x="0" y="0"/>
          <wp:positionH relativeFrom="column">
            <wp:posOffset>-22860</wp:posOffset>
          </wp:positionH>
          <wp:positionV relativeFrom="paragraph">
            <wp:posOffset>-377190</wp:posOffset>
          </wp:positionV>
          <wp:extent cx="1181022" cy="623846"/>
          <wp:effectExtent l="0" t="0" r="635" b="5080"/>
          <wp:wrapThrough wrapText="bothSides">
            <wp:wrapPolygon edited="0">
              <wp:start x="0" y="0"/>
              <wp:lineTo x="0" y="21116"/>
              <wp:lineTo x="21263" y="21116"/>
              <wp:lineTo x="21263" y="0"/>
              <wp:lineTo x="0" y="0"/>
            </wp:wrapPolygon>
          </wp:wrapThrough>
          <wp:docPr id="138357645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022" cy="623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C09C9">
      <w:rPr>
        <w:noProof/>
      </w:rPr>
      <w:drawing>
        <wp:anchor distT="0" distB="0" distL="114300" distR="114300" simplePos="0" relativeHeight="251659264" behindDoc="0" locked="0" layoutInCell="1" allowOverlap="1" wp14:anchorId="6E5CEF1D" wp14:editId="0D8DB778">
          <wp:simplePos x="0" y="0"/>
          <wp:positionH relativeFrom="column">
            <wp:posOffset>7368540</wp:posOffset>
          </wp:positionH>
          <wp:positionV relativeFrom="paragraph">
            <wp:posOffset>-295910</wp:posOffset>
          </wp:positionV>
          <wp:extent cx="542925" cy="542290"/>
          <wp:effectExtent l="0" t="0" r="9525" b="0"/>
          <wp:wrapThrough wrapText="bothSides">
            <wp:wrapPolygon edited="0">
              <wp:start x="5305" y="0"/>
              <wp:lineTo x="0" y="3794"/>
              <wp:lineTo x="0" y="16693"/>
              <wp:lineTo x="5305" y="20487"/>
              <wp:lineTo x="15916" y="20487"/>
              <wp:lineTo x="21221" y="16693"/>
              <wp:lineTo x="21221" y="3794"/>
              <wp:lineTo x="15916" y="0"/>
              <wp:lineTo x="5305" y="0"/>
            </wp:wrapPolygon>
          </wp:wrapThrough>
          <wp:docPr id="102724611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C09C9">
      <w:t>Program wyrównywania różnic między regionami III, obszar F</w:t>
    </w:r>
  </w:p>
  <w:p w14:paraId="2BB5A6C2" w14:textId="5E0AACF2" w:rsidR="00C24214" w:rsidRPr="007C09C9" w:rsidRDefault="00C24214" w:rsidP="00C24214">
    <w:pPr>
      <w:pStyle w:val="Stopka"/>
      <w:jc w:val="center"/>
    </w:pPr>
    <w:r w:rsidRPr="007C09C9">
      <w:t>Modernizacja WTZ Gniezno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7574B" w14:textId="77777777" w:rsidR="001E1657" w:rsidRPr="007C09C9" w:rsidRDefault="001E1657" w:rsidP="00C24214">
      <w:pPr>
        <w:spacing w:after="0" w:line="240" w:lineRule="auto"/>
      </w:pPr>
      <w:r w:rsidRPr="007C09C9">
        <w:separator/>
      </w:r>
    </w:p>
  </w:footnote>
  <w:footnote w:type="continuationSeparator" w:id="0">
    <w:p w14:paraId="6DEBDD72" w14:textId="77777777" w:rsidR="001E1657" w:rsidRPr="007C09C9" w:rsidRDefault="001E1657" w:rsidP="00C24214">
      <w:pPr>
        <w:spacing w:after="0" w:line="240" w:lineRule="auto"/>
      </w:pPr>
      <w:r w:rsidRPr="007C09C9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1B7F5C"/>
    <w:multiLevelType w:val="hybridMultilevel"/>
    <w:tmpl w:val="4088FB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9437640">
    <w:abstractNumId w:val="8"/>
  </w:num>
  <w:num w:numId="2" w16cid:durableId="1961187546">
    <w:abstractNumId w:val="6"/>
  </w:num>
  <w:num w:numId="3" w16cid:durableId="40251872">
    <w:abstractNumId w:val="5"/>
  </w:num>
  <w:num w:numId="4" w16cid:durableId="2041978667">
    <w:abstractNumId w:val="4"/>
  </w:num>
  <w:num w:numId="5" w16cid:durableId="2021277844">
    <w:abstractNumId w:val="7"/>
  </w:num>
  <w:num w:numId="6" w16cid:durableId="228655978">
    <w:abstractNumId w:val="3"/>
  </w:num>
  <w:num w:numId="7" w16cid:durableId="191378666">
    <w:abstractNumId w:val="2"/>
  </w:num>
  <w:num w:numId="8" w16cid:durableId="1735200671">
    <w:abstractNumId w:val="1"/>
  </w:num>
  <w:num w:numId="9" w16cid:durableId="1779713308">
    <w:abstractNumId w:val="0"/>
  </w:num>
  <w:num w:numId="10" w16cid:durableId="50721098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A0DFE"/>
    <w:rsid w:val="001012D8"/>
    <w:rsid w:val="0012698F"/>
    <w:rsid w:val="0015074B"/>
    <w:rsid w:val="001D6B89"/>
    <w:rsid w:val="001E1657"/>
    <w:rsid w:val="00272855"/>
    <w:rsid w:val="00274D74"/>
    <w:rsid w:val="0029639D"/>
    <w:rsid w:val="00311C1F"/>
    <w:rsid w:val="00326F90"/>
    <w:rsid w:val="00394FB1"/>
    <w:rsid w:val="00445D7B"/>
    <w:rsid w:val="00514C6A"/>
    <w:rsid w:val="0054569A"/>
    <w:rsid w:val="0056562D"/>
    <w:rsid w:val="005D1D2F"/>
    <w:rsid w:val="007358D4"/>
    <w:rsid w:val="007C09C9"/>
    <w:rsid w:val="00833334"/>
    <w:rsid w:val="00874757"/>
    <w:rsid w:val="008D5F39"/>
    <w:rsid w:val="009964DE"/>
    <w:rsid w:val="00AA1D8D"/>
    <w:rsid w:val="00AE7476"/>
    <w:rsid w:val="00B03BD3"/>
    <w:rsid w:val="00B05B3F"/>
    <w:rsid w:val="00B4147D"/>
    <w:rsid w:val="00B47730"/>
    <w:rsid w:val="00B57574"/>
    <w:rsid w:val="00B707BB"/>
    <w:rsid w:val="00BC6F92"/>
    <w:rsid w:val="00C1320A"/>
    <w:rsid w:val="00C24214"/>
    <w:rsid w:val="00CB0664"/>
    <w:rsid w:val="00D309F6"/>
    <w:rsid w:val="00E426DD"/>
    <w:rsid w:val="00E77957"/>
    <w:rsid w:val="00F3405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B19840"/>
  <w14:defaultImageDpi w14:val="330"/>
  <w15:docId w15:val="{B66CA030-4EFF-42A7-B8C3-F353792F5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645</Words>
  <Characters>3873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4509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socjolog</cp:lastModifiedBy>
  <cp:revision>13</cp:revision>
  <dcterms:created xsi:type="dcterms:W3CDTF">2025-12-08T13:19:00Z</dcterms:created>
  <dcterms:modified xsi:type="dcterms:W3CDTF">2025-12-09T13:15:00Z</dcterms:modified>
  <cp:category/>
</cp:coreProperties>
</file>